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Sous-titre"/>
        <w:rPr>
          <w:lang w:val="fr-FR"/>
        </w:rPr>
      </w:pPr>
      <w:proofErr w:type="gramStart"/>
      <w:r>
        <w:rPr>
          <w:lang w:val="fr-FR"/>
        </w:rPr>
        <w:t>CHANTEMERLE  |</w:t>
      </w:r>
      <w:proofErr w:type="gramEnd"/>
      <w:r>
        <w:rPr>
          <w:lang w:val="fr-FR"/>
        </w:rPr>
        <w:t xml:space="preserve">  CONTRIBUTION THÉMATIQUE</w:t>
      </w:r>
    </w:p>
    <w:p>
      <w:pPr>
        <w:pStyle w:val="Titre"/>
        <w:rPr>
          <w:lang w:val="fr-FR"/>
        </w:rPr>
      </w:pPr>
      <w:r>
        <w:rPr>
          <w:lang w:val="fr-FR"/>
        </w:rPr>
        <w:t>Équipements publics, financement et transparence</w:t>
      </w:r>
    </w:p>
    <w:p>
      <w:pPr>
        <w:rPr>
          <w:lang w:val="fr-FR"/>
        </w:rPr>
      </w:pPr>
      <w:r>
        <w:rPr>
          <w:i/>
          <w:lang w:val="fr-FR"/>
        </w:rPr>
        <w:t>Document de travail à personnaliser — concertation sur le projet présenté le 23 septembre 2026.</w:t>
      </w:r>
    </w:p>
    <w:p>
      <w:pPr>
        <w:pStyle w:val="Titre1"/>
        <w:spacing w:before="120" w:after="60"/>
      </w:pPr>
      <w:r>
        <w:rPr/>
        <w:t>1. ÉLÉMENTS DU PROJET — FAITS ANNONCÉS</w:t>
      </w:r>
    </w:p>
    <w:p>
      <w:pPr>
        <w:pStyle w:val="Listepuces"/>
      </w:pPr>
      <w:r>
        <w:rPr>
          <w:rFonts w:ascii="Aptos" w:hAnsi="Aptos" w:eastAsia="Aptos" w:cs="Aptos"/>
          <w:sz w:val="18"/>
          <w:lang w:val="fr-FR"/>
        </w:rPr>
        <w:t xml:space="preserve">Le projet prévoit 32 logements en résidence-accueil et 16 logements sociaux, avec maintien d’une activité de soins dans la villa. </w:t>
      </w:r>
      <w:r>
        <w:rPr>
          <w:rFonts w:ascii="Aptos" w:hAnsi="Aptos" w:eastAsia="Aptos" w:cs="Aptos"/>
          <w:sz w:val="18"/>
        </w:rPr>
        <w:t>[</w:t>
      </w:r>
      <w:proofErr w:type="spellStart"/>
      <w:r>
        <w:rPr>
          <w:rFonts w:ascii="Aptos" w:hAnsi="Aptos" w:eastAsia="Aptos" w:cs="Aptos"/>
          <w:sz w:val="18"/>
        </w:rPr>
        <w:t>Diaporama</w:t>
      </w:r>
      <w:proofErr w:type="spellEnd"/>
      <w:r>
        <w:rPr>
          <w:rFonts w:ascii="Aptos" w:hAnsi="Aptos" w:eastAsia="Aptos" w:cs="Aptos"/>
          <w:sz w:val="18"/>
        </w:rPr>
        <w:t xml:space="preserve"> p. 12, 18-20]</w:t>
      </w:r>
    </w:p>
    <w:p>
      <w:pPr>
        <w:pStyle w:val="Listepuces"/>
      </w:pPr>
      <w:r>
        <w:rPr>
          <w:rFonts w:ascii="Aptos" w:hAnsi="Aptos" w:eastAsia="Aptos" w:cs="Aptos"/>
          <w:sz w:val="18"/>
          <w:lang w:val="fr-FR"/>
        </w:rPr>
        <w:t xml:space="preserve">Le porteur de projet présente les 16 logements sociaux comme contribuant à l’offre de logements et à une réduction de la pénalité SRU de la commune. </w:t>
      </w:r>
      <w:r>
        <w:rPr>
          <w:rFonts w:ascii="Aptos" w:hAnsi="Aptos" w:eastAsia="Aptos" w:cs="Aptos"/>
          <w:sz w:val="18"/>
        </w:rPr>
        <w:t>[</w:t>
      </w:r>
      <w:proofErr w:type="spellStart"/>
      <w:r>
        <w:rPr>
          <w:rFonts w:ascii="Aptos" w:hAnsi="Aptos" w:eastAsia="Aptos" w:cs="Aptos"/>
          <w:sz w:val="18"/>
        </w:rPr>
        <w:t>Diaporama</w:t>
      </w:r>
      <w:proofErr w:type="spellEnd"/>
      <w:r>
        <w:rPr>
          <w:rFonts w:ascii="Aptos" w:hAnsi="Aptos" w:eastAsia="Aptos" w:cs="Aptos"/>
          <w:sz w:val="18"/>
        </w:rPr>
        <w:t xml:space="preserve"> p. 13]</w:t>
      </w:r>
    </w:p>
    <w:p>
      <w:pPr>
        <w:pStyle w:val="Listepuces"/>
      </w:pPr>
      <w:r>
        <w:rPr>
          <w:rFonts w:ascii="Aptos" w:hAnsi="Aptos" w:eastAsia="Aptos" w:cs="Aptos"/>
          <w:sz w:val="18"/>
          <w:lang w:val="fr-FR"/>
        </w:rPr>
        <w:t xml:space="preserve">Le bailleur social doit construire et gérer le bâtiment C ; le montage partenarial et financier est encore en formalisation selon le diaporama. </w:t>
      </w:r>
      <w:r>
        <w:rPr>
          <w:rFonts w:ascii="Aptos" w:hAnsi="Aptos" w:eastAsia="Aptos" w:cs="Aptos"/>
          <w:sz w:val="18"/>
        </w:rPr>
        <w:t>[</w:t>
      </w:r>
      <w:proofErr w:type="spellStart"/>
      <w:r>
        <w:rPr>
          <w:rFonts w:ascii="Aptos" w:hAnsi="Aptos" w:eastAsia="Aptos" w:cs="Aptos"/>
          <w:sz w:val="18"/>
        </w:rPr>
        <w:t>Diaporama</w:t>
      </w:r>
      <w:proofErr w:type="spellEnd"/>
      <w:r>
        <w:rPr>
          <w:rFonts w:ascii="Aptos" w:hAnsi="Aptos" w:eastAsia="Aptos" w:cs="Aptos"/>
          <w:sz w:val="18"/>
        </w:rPr>
        <w:t xml:space="preserve"> p. 14]</w:t>
      </w:r>
    </w:p>
    <w:p>
      <w:pPr>
        <w:pStyle w:val="Listepuces"/>
      </w:pPr>
      <w:r>
        <w:rPr>
          <w:rFonts w:ascii="Aptos" w:hAnsi="Aptos" w:eastAsia="Aptos" w:cs="Aptos"/>
          <w:sz w:val="18"/>
          <w:lang w:val="fr-FR"/>
        </w:rPr>
        <w:t xml:space="preserve">En séance, LAD a indiqué que l’extension contribuait à l’équilibre financier de l’opération sans fournir de simulation comparative. </w:t>
      </w:r>
      <w:r>
        <w:rPr>
          <w:rFonts w:ascii="Aptos" w:hAnsi="Aptos" w:eastAsia="Aptos" w:cs="Aptos"/>
          <w:sz w:val="18"/>
        </w:rPr>
        <w:t>[Q/R 01:16:48]</w:t>
      </w:r>
    </w:p>
    <w:p>
      <w:pPr>
        <w:pStyle w:val="Listepuces"/>
      </w:pPr>
      <w:r>
        <w:rPr>
          <w:rFonts w:ascii="Aptos" w:hAnsi="Aptos" w:eastAsia="Aptos" w:cs="Aptos"/>
          <w:sz w:val="18"/>
          <w:lang w:val="fr-FR"/>
        </w:rPr>
        <w:t xml:space="preserve">Le maire a indiqué qu’à la date de la réunion aucune demande de garantie d’emprunt ni de subvention foncière n’avait été reçue par la commune. </w:t>
      </w:r>
      <w:r>
        <w:rPr>
          <w:rFonts w:ascii="Aptos" w:hAnsi="Aptos" w:eastAsia="Aptos" w:cs="Aptos"/>
          <w:sz w:val="18"/>
        </w:rPr>
        <w:t>[Q/R 01:49:35]</w:t>
      </w:r>
    </w:p>
    <w:p>
      <w:pPr>
        <w:pStyle w:val="Titre1"/>
        <w:spacing w:before="120" w:after="60"/>
      </w:pPr>
      <w:r>
        <w:rPr/>
        <w:t>2. PROBLÈMES ET RISQUES À SÉCURISER</w:t>
      </w:r>
    </w:p>
    <w:p>
      <w:pPr>
        <w:pStyle w:val="Listepuces"/>
        <w:rPr>
          <w:szCs w:val="18"/>
          <w:lang w:val="fr-FR"/>
        </w:rPr>
      </w:pPr>
      <w:r>
        <w:rPr>
          <w:rFonts w:ascii="Aptos" w:hAnsi="Aptos" w:eastAsia="Aptos" w:cs="Aptos"/>
          <w:sz w:val="18"/>
          <w:lang w:val="fr-FR"/>
        </w:rPr>
        <w:t xml:space="preserve">L’absence </w:t>
      </w:r>
      <w:r>
        <w:rPr>
          <w:rFonts w:ascii="Aptos" w:hAnsi="Aptos" w:eastAsia="Aptos" w:cs="Aptos"/>
          <w:sz w:val="18"/>
          <w:szCs w:val="18"/>
          <w:lang w:val="fr-FR"/>
        </w:rPr>
        <w:t>de plan financier détaillé ne permet pas de connaître les hypothèses d’équilibre ni les engagements éventuels futurs de la commune.</w:t>
      </w:r>
    </w:p>
    <w:p>
      <w:pPr>
        <w:pStyle w:val="Listepuces"/>
        <w:rPr>
          <w:szCs w:val="18"/>
          <w:lang w:val="fr-FR"/>
        </w:rPr>
      </w:pPr>
      <w:r>
        <w:rPr>
          <w:rFonts w:ascii="Aptos" w:hAnsi="Aptos" w:eastAsia="Aptos" w:cs="Aptos"/>
          <w:sz w:val="18"/>
          <w:szCs w:val="18"/>
          <w:lang w:val="fr-FR"/>
        </w:rPr>
        <w:t>Les effets sur les réseaux, la voirie, les transports, les services et l’entretien doivent être identifiés,</w:t>
      </w:r>
    </w:p>
    <w:p>
      <w:pPr>
        <w:pStyle w:val="Listepuces"/>
        <w:rPr>
          <w:szCs w:val="18"/>
          <w:lang w:val="fr-FR"/>
        </w:rPr>
      </w:pPr>
      <w:r>
        <w:rPr>
          <w:rFonts w:ascii="Aptos" w:hAnsi="Aptos" w:eastAsia="Aptos" w:cs="Aptos"/>
          <w:sz w:val="18"/>
          <w:szCs w:val="18"/>
          <w:lang w:val="fr-FR"/>
        </w:rPr>
        <w:t>Risques à examiner : charges non anticipées, garanties financières futures insuffisamment explicitées</w:t>
      </w:r>
      <w:r>
        <w:rPr>
          <w:rFonts w:ascii="Aptos" w:hAnsi="Aptos" w:eastAsia="Aptos" w:cs="Aptos"/>
          <w:sz w:val="18"/>
          <w:szCs w:val="18"/>
          <w:lang w:val="fr-FR"/>
        </w:rPr>
        <w:t>, nécessité d’</w:t>
      </w:r>
      <w:r>
        <w:rPr>
          <w:rFonts w:eastAsia="Aptos" w:cs="Aptos" w:ascii="Aptos" w:hAnsi="Aptos"/>
          <w:color w:val="080809"/>
          <w:sz w:val="18"/>
          <w:szCs w:val="18"/>
          <w:lang w:val="fr-FR" w:eastAsia="fr-FR"/>
        </w:rPr>
        <w:t xml:space="preserve">élargir le quai sur la berge de la Seine entre au moins le Pont de Chartrettes et la rue de Chantemerle, nécessité de créer une voie piétonne et cyclable sécurisée séparée de la circulation automobile, </w:t>
      </w:r>
      <w:r>
        <w:rPr>
          <w:rFonts w:ascii="Aptos" w:hAnsi="Aptos" w:eastAsia="Aptos" w:cs="Aptos"/>
          <w:sz w:val="18"/>
          <w:szCs w:val="18"/>
          <w:lang w:val="fr-FR"/>
        </w:rPr>
        <w:t>expropriation</w:t>
      </w:r>
      <w:r>
        <w:rPr>
          <w:rFonts w:eastAsia="Aptos" w:cs="Aptos" w:ascii="Aptos" w:hAnsi="Aptos"/>
          <w:color w:val="080809"/>
          <w:sz w:val="18"/>
          <w:szCs w:val="18"/>
          <w:lang w:val="fr-FR" w:eastAsia="fr-FR"/>
        </w:rPr>
        <w:t xml:space="preserve"> des propriétaires des parcelles des quais pour pouvoir effectuer ces </w:t>
      </w:r>
      <w:r>
        <w:rPr>
          <w:rFonts w:eastAsia="Aptos" w:cs="Aptos" w:ascii="Aptos" w:hAnsi="Aptos"/>
          <w:color w:val="080809"/>
          <w:sz w:val="18"/>
          <w:szCs w:val="18"/>
          <w:lang w:val="fr-FR" w:eastAsia="fr-FR"/>
        </w:rPr>
        <w:t>travaux</w:t>
      </w:r>
      <w:r>
        <w:rPr>
          <w:rFonts w:ascii="Aptos" w:hAnsi="Aptos" w:eastAsia="Aptos" w:cs="Aptos"/>
          <w:sz w:val="18"/>
          <w:szCs w:val="18"/>
          <w:lang w:val="fr-FR"/>
        </w:rPr>
        <w:t>,</w:t>
      </w:r>
      <w:r>
        <w:rPr>
          <w:rFonts w:ascii="Aptos" w:hAnsi="Aptos" w:eastAsia="Aptos" w:cs="Aptos"/>
          <w:sz w:val="18"/>
          <w:szCs w:val="18"/>
          <w:lang w:val="fr-FR"/>
        </w:rPr>
        <w:t xml:space="preserve"> coûts d’aménagement reportés sur la collectivité.</w:t>
      </w:r>
    </w:p>
    <w:p>
      <w:pPr>
        <w:pStyle w:val="Titre1"/>
        <w:spacing w:before="120" w:after="60"/>
      </w:pPr>
      <w:r>
        <w:rPr/>
        <w:t>3. PROPOSITIONS — MODIFICATIONS ET GARANTIES</w:t>
      </w:r>
    </w:p>
    <w:p>
      <w:pPr>
        <w:pStyle w:val="Listepuces"/>
        <w:rPr>
          <w:lang w:val="fr-FR"/>
        </w:rPr>
      </w:pPr>
      <w:r>
        <w:rPr>
          <w:rFonts w:ascii="Aptos" w:hAnsi="Aptos" w:eastAsia="Aptos" w:cs="Aptos"/>
          <w:sz w:val="18"/>
          <w:lang w:val="fr-FR"/>
        </w:rPr>
        <w:t>Présenter un tableau des financements, partenaires, coûts par bâtiment et hypothèses de viabilité, dans la limite des informations communicables.</w:t>
      </w:r>
    </w:p>
    <w:p>
      <w:pPr>
        <w:pStyle w:val="Listepuces"/>
        <w:rPr>
          <w:lang w:val="fr-FR"/>
        </w:rPr>
      </w:pPr>
      <w:r>
        <w:rPr>
          <w:rFonts w:ascii="Aptos" w:hAnsi="Aptos" w:eastAsia="Aptos" w:cs="Aptos"/>
          <w:sz w:val="18"/>
          <w:lang w:val="fr-FR"/>
        </w:rPr>
        <w:t>Fournir une analyse des besoins supplémentaires éventuels en réseaux, voirie, déplacements et services publics, avec répartition prévisionnelle des responsabilités et coûts.</w:t>
      </w:r>
    </w:p>
    <w:p>
      <w:pPr>
        <w:pStyle w:val="Listepuces"/>
        <w:rPr>
          <w:lang w:val="fr-FR"/>
        </w:rPr>
      </w:pPr>
      <w:r>
        <w:rPr>
          <w:rFonts w:ascii="Aptos" w:hAnsi="Aptos" w:eastAsia="Aptos" w:cs="Aptos"/>
          <w:sz w:val="18"/>
          <w:lang w:val="fr-FR"/>
        </w:rPr>
        <w:t>Préciser si une garantie d’emprunt, subvention, participation aux travaux ou autre engagement communal est envisagé ; soumettre toute décision relevant du conseil municipal à la procédure appropriée.</w:t>
      </w:r>
    </w:p>
    <w:p>
      <w:pPr>
        <w:pStyle w:val="Listepuces"/>
        <w:rPr>
          <w:lang w:val="fr-FR"/>
        </w:rPr>
      </w:pPr>
      <w:r>
        <w:rPr>
          <w:rFonts w:ascii="Aptos" w:hAnsi="Aptos" w:eastAsia="Aptos" w:cs="Aptos"/>
          <w:sz w:val="18"/>
          <w:lang w:val="fr-FR"/>
        </w:rPr>
        <w:t xml:space="preserve">Publier une synthèse des variantes financières étudiées, notamment le rôle du bâtiment C dans l’équilibre global et les conséquences d’autres scenarios </w:t>
      </w:r>
      <w:r>
        <w:rPr>
          <w:rFonts w:ascii="Aptos" w:hAnsi="Aptos" w:eastAsia="Aptos" w:cs="Aptos"/>
          <w:sz w:val="18"/>
          <w:lang w:val="fr-FR"/>
        </w:rPr>
        <w:t>(sans le bâtiment C).</w:t>
      </w:r>
    </w:p>
    <w:p>
      <w:pPr>
        <w:pStyle w:val="Titre2"/>
        <w:spacing w:before="120" w:after="60"/>
        <w:rPr>
          <w:lang w:val="fr-FR"/>
        </w:rPr>
      </w:pPr>
      <w:r>
        <w:rPr>
          <w:lang w:val="fr-FR"/>
        </w:rPr>
        <w:t>Contribution personnelle — à adapter</w:t>
      </w:r>
    </w:p>
    <w:p>
      <w:pPr>
        <w:rPr>
          <w:lang w:val="fr-FR"/>
        </w:rPr>
      </w:pPr>
      <w:r>
        <w:rPr>
          <w:lang w:val="fr-FR"/>
        </w:rPr>
        <w:t>Je demande que les points ci-dessus soient examinés et que les études, réponses et engagements retenus soient rendus publics avant la finalisation du projet.</w:t>
      </w:r>
    </w:p>
    <w:p>
      <w:pPr>
        <w:rPr>
          <w:lang w:val="fr-FR"/>
        </w:rPr>
      </w:pPr>
      <w:r>
        <w:rPr>
          <w:lang w:val="fr-FR"/>
        </w:rPr>
        <w:t>Nom (facultatif selon les modalités officielles) : _____________________    Date : __________</w:t>
      </w:r>
    </w:p>
    <w:p>
      <w:pPr>
        <w:rPr>
          <w:lang w:val="fr-FR"/>
        </w:rPr>
      </w:pPr>
      <w:r>
        <w:rPr>
          <w:i/>
          <w:sz w:val="16"/>
          <w:lang w:val="fr-FR"/>
        </w:rPr>
        <w:t>Sources : diaporama des Ailes Déployées (23/09/2026) ; synthèse des questions/réponses issue d’une transcription automatique, à vérifier sur l’audio ; analyse écrite d’un riverain (témoignage et interrogations, non expertise indépendante). Les affirmations des intervenants ne valent pas validation technique ou juridique.</w:t>
      </w:r>
    </w:p>
    <w:sectPr>
      <w:footerReference w:type="default" r:id="rId8"/>
      <w:headerReference w:type="default" r:id="rId11"/>
      <w:pgSz w:w="12240" w:h="15840"/>
      <w:pgMar w:top="709" w:right="1134" w:bottom="68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pStyle w:val="Pieddepage"/>
      <w:jc w:val="center"/>
    </w:pPr>
    <w:r>
      <w:rPr>
        <w:sz w:val="16"/>
      </w:rPr>
      <w:t xml:space="preserve">Fiche </w:t>
    </w:r>
    <w:proofErr w:type="spellStart"/>
    <w:r>
      <w:rPr>
        <w:sz w:val="16"/>
      </w:rPr>
      <w:t>thématique</w:t>
    </w:r>
    <w:proofErr w:type="spellEnd"/>
    <w:r>
      <w:rPr>
        <w:sz w:val="16"/>
      </w:rPr>
      <w:t xml:space="preserve"> • </w:t>
    </w:r>
    <w:proofErr w:type="spellStart"/>
    <w:r>
      <w:rPr>
        <w:sz w:val="16"/>
      </w:rPr>
      <w:t>Chantemerle</w:t>
    </w:r>
    <w:proofErr w:type="spellEnd"/>
    <w:r>
      <w:rPr>
        <w:sz w:val="16"/>
      </w:rPr>
      <w:t xml:space="preserve"> • Octobre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261984488">
    <w:abstractNumId w:val="8"/>
  </w:num>
  <w:num w:numId="2" w16cid:durableId="814448561">
    <w:abstractNumId w:val="6"/>
  </w:num>
  <w:num w:numId="3" w16cid:durableId="1885673663">
    <w:abstractNumId w:val="5"/>
  </w:num>
  <w:num w:numId="4" w16cid:durableId="1922525415">
    <w:abstractNumId w:val="4"/>
  </w:num>
  <w:num w:numId="5" w16cid:durableId="655110360">
    <w:abstractNumId w:val="7"/>
  </w:num>
  <w:num w:numId="6" w16cid:durableId="978025818">
    <w:abstractNumId w:val="3"/>
  </w:num>
  <w:num w:numId="7" w16cid:durableId="934557284">
    <w:abstractNumId w:val="2"/>
  </w:num>
  <w:num w:numId="8" w16cid:durableId="1876113451">
    <w:abstractNumId w:val="1"/>
  </w:num>
  <w:num w:numId="9" w16cid:durableId="438725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F75588"/>
  <w14:defaultImageDpi w14:val="300"/>
  <w15:docId w15:val="{5556D03D-D8FF-4C38-AF5C-451F8461E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pPr>
    <w:rPr>
      <w:rFonts w:ascii="Aptos" w:hAnsi="Aptos"/>
      <w:sz w:val="18"/>
    </w:rPr>
  </w:style>
  <w:style w:type="paragraph" w:styleId="Titre1">
    <w:name w:val="heading 1"/>
    <w:basedOn w:val="Normal"/>
    <w:next w:val="Normal"/>
    <w:link w:val="Titre1C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680"/>
        <w:tab w:val="right" w:pos="9360"/>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680"/>
        <w:tab w:val="right" w:pos="9360"/>
      </w:tabs>
      <w:spacing w:after="0" w:line="240" w:lineRule="auto"/>
    </w:pPr>
  </w:style>
  <w:style w:type="character" w:customStyle="1" w:styleId="PieddepageCar">
    <w:name w:val="Pied de page Car"/>
    <w:basedOn w:val="Policepardfaut"/>
    <w:link w:val="Pieddepage"/>
    <w:uiPriority w:val="99"/>
  </w:style>
  <w:style w:type="paragraph" w:styleId="Sansinterligne">
    <w:name w:val="No Spacing"/>
    <w:uiPriority w:val="1"/>
    <w:qFormat/>
    <w:pPr>
      <w:spacing w:after="0" w:line="240" w:lineRule="auto"/>
    </w:pPr>
  </w:style>
  <w:style w:type="character" w:customStyle="1" w:styleId="Titre1Car">
    <w:name w:val="Titre 1 Car"/>
    <w:basedOn w:val="Policepardfaut"/>
    <w:link w:val="Titre1"/>
    <w:uiPriority w:val="9"/>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pPr>
      <w:ind w:left="720"/>
      <w:contextualSpacing/>
    </w:pPr>
  </w:style>
  <w:style w:type="paragraph" w:styleId="Corpsdetexte">
    <w:name w:val="Body Text"/>
    <w:basedOn w:val="Normal"/>
    <w:link w:val="CorpsdetexteCar"/>
    <w:uiPriority w:val="99"/>
    <w:unhideWhenUsed/>
    <w:pPr>
      <w:spacing w:after="120"/>
    </w:pPr>
  </w:style>
  <w:style w:type="character" w:customStyle="1" w:styleId="CorpsdetexteCar">
    <w:name w:val="Corps de texte Car"/>
    <w:basedOn w:val="Policepardfaut"/>
    <w:link w:val="Corpsdetexte"/>
    <w:uiPriority w:val="99"/>
  </w:style>
  <w:style w:type="paragraph" w:styleId="Corpsdetexte2">
    <w:name w:val="Body Text 2"/>
    <w:basedOn w:val="Normal"/>
    <w:link w:val="Corpsdetexte2Car"/>
    <w:uiPriority w:val="99"/>
    <w:unhideWhenUsed/>
    <w:pPr>
      <w:spacing w:after="120" w:line="480" w:lineRule="auto"/>
    </w:pPr>
  </w:style>
  <w:style w:type="character" w:customStyle="1" w:styleId="Corpsdetexte2Car">
    <w:name w:val="Corps de texte 2 Car"/>
    <w:basedOn w:val="Policepardfaut"/>
    <w:link w:val="Corpsdetexte2"/>
    <w:uiPriority w:val="99"/>
  </w:style>
  <w:style w:type="paragraph" w:styleId="Corpsdetexte3">
    <w:name w:val="Body Text 3"/>
    <w:basedOn w:val="Normal"/>
    <w:link w:val="Corpsdetexte3Car"/>
    <w:uiPriority w:val="99"/>
    <w:unhideWhenUsed/>
    <w:pPr>
      <w:spacing w:after="120"/>
    </w:pPr>
    <w:rPr>
      <w:sz w:val="16"/>
      <w:szCs w:val="16"/>
    </w:rPr>
  </w:style>
  <w:style w:type="character" w:customStyle="1" w:styleId="Corpsdetexte3Car">
    <w:name w:val="Corps de texte 3 Car"/>
    <w:basedOn w:val="Policepardfaut"/>
    <w:link w:val="Corpsdetexte3"/>
    <w:uiPriority w:val="99"/>
    <w:rPr>
      <w:sz w:val="16"/>
      <w:szCs w:val="16"/>
    </w:rPr>
  </w:style>
  <w:style w:type="paragraph" w:styleId="Liste">
    <w:name w:val="List"/>
    <w:basedOn w:val="Normal"/>
    <w:uiPriority w:val="99"/>
    <w:unhideWhenUsed/>
    <w:pPr>
      <w:ind w:left="360" w:hanging="360"/>
      <w:contextualSpacing/>
    </w:pPr>
  </w:style>
  <w:style w:type="paragraph" w:styleId="Liste2">
    <w:name w:val="List 2"/>
    <w:basedOn w:val="Normal"/>
    <w:uiPriority w:val="99"/>
    <w:unhideWhenUsed/>
    <w:pPr>
      <w:ind w:left="720" w:hanging="360"/>
      <w:contextualSpacing/>
    </w:pPr>
  </w:style>
  <w:style w:type="paragraph" w:styleId="Liste3">
    <w:name w:val="List 3"/>
    <w:basedOn w:val="Normal"/>
    <w:uiPriority w:val="99"/>
    <w:unhideWhenUsed/>
    <w:pPr>
      <w:ind w:left="1080" w:hanging="360"/>
      <w:contextualSpacing/>
    </w:pPr>
  </w:style>
  <w:style w:type="paragraph" w:styleId="Listepuces">
    <w:name w:val="List Bullet"/>
    <w:basedOn w:val="Normal"/>
    <w:uiPriority w:val="99"/>
    <w:unhideWhenUsed/>
    <w:pPr>
      <w:numPr>
        <w:numId w:val="1"/>
      </w:numPr>
      <w:contextualSpacing/>
    </w:pPr>
  </w:style>
  <w:style w:type="paragraph" w:styleId="Listepuces2">
    <w:name w:val="List Bullet 2"/>
    <w:basedOn w:val="Normal"/>
    <w:uiPriority w:val="99"/>
    <w:unhideWhenUsed/>
    <w:pPr>
      <w:numPr>
        <w:numId w:val="2"/>
      </w:numPr>
      <w:contextualSpacing/>
    </w:pPr>
  </w:style>
  <w:style w:type="paragraph" w:styleId="Listepuces3">
    <w:name w:val="List Bullet 3"/>
    <w:basedOn w:val="Normal"/>
    <w:uiPriority w:val="99"/>
    <w:unhideWhenUsed/>
    <w:pPr>
      <w:numPr>
        <w:numId w:val="3"/>
      </w:numPr>
      <w:contextualSpacing/>
    </w:pPr>
  </w:style>
  <w:style w:type="paragraph" w:styleId="Listenumros">
    <w:name w:val="List Number"/>
    <w:basedOn w:val="Normal"/>
    <w:uiPriority w:val="99"/>
    <w:unhideWhenUsed/>
    <w:pPr>
      <w:numPr>
        <w:numId w:val="5"/>
      </w:numPr>
      <w:contextualSpacing/>
    </w:pPr>
  </w:style>
  <w:style w:type="paragraph" w:styleId="Listenumros2">
    <w:name w:val="List Number 2"/>
    <w:basedOn w:val="Normal"/>
    <w:uiPriority w:val="99"/>
    <w:unhideWhenUsed/>
    <w:pPr>
      <w:numPr>
        <w:numId w:val="6"/>
      </w:numPr>
      <w:contextualSpacing/>
    </w:pPr>
  </w:style>
  <w:style w:type="paragraph" w:styleId="Listenumros3">
    <w:name w:val="List Number 3"/>
    <w:basedOn w:val="Normal"/>
    <w:uiPriority w:val="99"/>
    <w:unhideWhenUsed/>
    <w:pPr>
      <w:numPr>
        <w:numId w:val="7"/>
      </w:numPr>
      <w:contextualSpacing/>
    </w:pPr>
  </w:style>
  <w:style w:type="paragraph" w:styleId="Listecontinue">
    <w:name w:val="List Continue"/>
    <w:basedOn w:val="Normal"/>
    <w:uiPriority w:val="99"/>
    <w:unhideWhenUsed/>
    <w:pPr>
      <w:spacing w:after="120"/>
      <w:ind w:left="360"/>
      <w:contextualSpacing/>
    </w:pPr>
  </w:style>
  <w:style w:type="paragraph" w:styleId="Listecontinue2">
    <w:name w:val="List Continue 2"/>
    <w:basedOn w:val="Normal"/>
    <w:uiPriority w:val="99"/>
    <w:unhideWhenUsed/>
    <w:pPr>
      <w:spacing w:after="120"/>
      <w:ind w:left="720"/>
      <w:contextualSpacing/>
    </w:pPr>
  </w:style>
  <w:style w:type="paragraph" w:styleId="Listecontinue3">
    <w:name w:val="List Continue 3"/>
    <w:basedOn w:val="Normal"/>
    <w:uiPriority w:val="99"/>
    <w:unhideWhenUsed/>
    <w:pPr>
      <w:spacing w:after="120"/>
      <w:ind w:left="1080"/>
      <w:contextualSpacing/>
    </w:pPr>
  </w:style>
  <w:style w:type="paragraph" w:styleId="Textedemacro">
    <w:name w:val="macro"/>
    <w:link w:val="TextedemacroC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Pr>
      <w:rFonts w:ascii="Courier" w:hAnsi="Courier"/>
      <w:sz w:val="20"/>
      <w:szCs w:val="20"/>
    </w:rPr>
  </w:style>
  <w:style w:type="paragraph" w:styleId="Citation">
    <w:name w:val="Quote"/>
    <w:basedOn w:val="Normal"/>
    <w:next w:val="Normal"/>
    <w:link w:val="CitationCar"/>
    <w:uiPriority w:val="29"/>
    <w:qFormat/>
    <w:rPr>
      <w:i/>
      <w:iCs/>
      <w:color w:val="000000" w:themeColor="text1"/>
    </w:rPr>
  </w:style>
  <w:style w:type="character" w:customStyle="1" w:styleId="CitationCar">
    <w:name w:val="Citation Car"/>
    <w:basedOn w:val="Policepardfaut"/>
    <w:link w:val="Citation"/>
    <w:uiPriority w:val="29"/>
    <w:rPr>
      <w:i/>
      <w:iCs/>
      <w:color w:val="000000" w:themeColor="text1"/>
    </w:rPr>
  </w:style>
  <w:style w:type="character" w:customStyle="1" w:styleId="Titre4Car">
    <w:name w:val="Titre 4 Car"/>
    <w:basedOn w:val="Policepardfaut"/>
    <w:link w:val="Titre4"/>
    <w:uiPriority w:val="9"/>
    <w:semiHidden/>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pPr>
      <w:spacing w:line="240" w:lineRule="auto"/>
    </w:pPr>
    <w:rPr>
      <w:b/>
      <w:bCs/>
      <w:color w:val="4F81BD" w:themeColor="accent1"/>
      <w:szCs w:val="18"/>
    </w:rPr>
  </w:style>
  <w:style w:type="character" w:styleId="lev">
    <w:name w:val="Strong"/>
    <w:basedOn w:val="Policepardfaut"/>
    <w:uiPriority w:val="22"/>
    <w:qFormat/>
    <w:rPr>
      <w:b/>
      <w:bCs/>
    </w:rPr>
  </w:style>
  <w:style w:type="character" w:styleId="Accentuation">
    <w:name w:val="Emphasis"/>
    <w:basedOn w:val="Policepardfaut"/>
    <w:uiPriority w:val="20"/>
    <w:qFormat/>
    <w:rPr>
      <w:i/>
      <w:iCs/>
    </w:rPr>
  </w:style>
  <w:style w:type="paragraph" w:styleId="Citationintense">
    <w:name w:val="Intense Quote"/>
    <w:basedOn w:val="Normal"/>
    <w:next w:val="Normal"/>
    <w:link w:val="CitationintenseC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Pr>
      <w:b/>
      <w:bCs/>
      <w:i/>
      <w:iCs/>
      <w:color w:val="4F81BD" w:themeColor="accent1"/>
    </w:rPr>
  </w:style>
  <w:style w:type="character" w:styleId="Accentuationlgre">
    <w:name w:val="Subtle Emphasis"/>
    <w:basedOn w:val="Policepardfaut"/>
    <w:uiPriority w:val="19"/>
    <w:qFormat/>
    <w:rPr>
      <w:i/>
      <w:iCs/>
      <w:color w:val="808080" w:themeColor="text1" w:themeTint="7F"/>
    </w:rPr>
  </w:style>
  <w:style w:type="character" w:styleId="Accentuationintense">
    <w:name w:val="Intense Emphasis"/>
    <w:basedOn w:val="Policepardfaut"/>
    <w:uiPriority w:val="21"/>
    <w:qFormat/>
    <w:rPr>
      <w:b/>
      <w:bCs/>
      <w:i/>
      <w:iCs/>
      <w:color w:val="4F81BD" w:themeColor="accent1"/>
    </w:rPr>
  </w:style>
  <w:style w:type="character" w:styleId="Rfrencelgre">
    <w:name w:val="Subtle Reference"/>
    <w:basedOn w:val="Policepardfaut"/>
    <w:uiPriority w:val="31"/>
    <w:qFormat/>
    <w:rPr>
      <w:smallCaps/>
      <w:color w:val="C0504D" w:themeColor="accent2"/>
      <w:u w:val="single"/>
    </w:rPr>
  </w:style>
  <w:style w:type="character" w:styleId="Rfrenceintense">
    <w:name w:val="Intense Reference"/>
    <w:basedOn w:val="Policepardfaut"/>
    <w:uiPriority w:val="32"/>
    <w:qFormat/>
    <w:rPr>
      <w:b/>
      <w:bCs/>
      <w:smallCaps/>
      <w:color w:val="C0504D" w:themeColor="accent2"/>
      <w:spacing w:val="5"/>
      <w:u w:val="single"/>
    </w:rPr>
  </w:style>
  <w:style w:type="character" w:styleId="Titredulivre">
    <w:name w:val="Book Title"/>
    <w:basedOn w:val="Policepardfaut"/>
    <w:uiPriority w:val="33"/>
    <w:qFormat/>
    <w:rPr>
      <w:b/>
      <w:bCs/>
      <w:smallCaps/>
      <w:spacing w:val="5"/>
    </w:rPr>
  </w:style>
  <w:style w:type="paragraph" w:styleId="En-ttedetabledesmatires">
    <w:name w:val="TOC Heading"/>
    <w:basedOn w:val="Titre1"/>
    <w:next w:val="Normal"/>
    <w:uiPriority w:val="39"/>
    <w:semiHidden/>
    <w:unhideWhenUsed/>
    <w:qFormat/>
    <w:pPr>
      <w:outlineLvl w:val="9"/>
    </w:pPr>
  </w:style>
  <w:style w:type="table" w:styleId="Grilledutableau">
    <w:name w:val="Table Grid"/>
    <w:basedOn w:val="Tableau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